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78FDD" w14:textId="77777777" w:rsidR="009E675A" w:rsidRPr="00A04B90" w:rsidRDefault="009E675A" w:rsidP="009E675A">
      <w:pPr>
        <w:jc w:val="center"/>
        <w:rPr>
          <w:b/>
          <w:bCs/>
          <w:sz w:val="24"/>
          <w:szCs w:val="24"/>
          <w:lang w:val="en-GB"/>
        </w:rPr>
      </w:pPr>
    </w:p>
    <w:p w14:paraId="2676ED13" w14:textId="77777777" w:rsidR="009E675A" w:rsidRPr="00A04B90" w:rsidRDefault="009E675A" w:rsidP="009E675A">
      <w:pPr>
        <w:jc w:val="center"/>
        <w:rPr>
          <w:b/>
          <w:bCs/>
          <w:sz w:val="24"/>
          <w:szCs w:val="24"/>
          <w:lang w:val="en-GB"/>
        </w:rPr>
      </w:pPr>
      <w:r w:rsidRPr="00A04B90">
        <w:rPr>
          <w:b/>
          <w:bCs/>
          <w:sz w:val="24"/>
          <w:szCs w:val="24"/>
          <w:lang w:val="en-GB"/>
        </w:rPr>
        <w:t>Youth, Peace and Security (YPS) Local Champions Awards</w:t>
      </w:r>
    </w:p>
    <w:p w14:paraId="3B71B8EF" w14:textId="77777777" w:rsidR="009E675A" w:rsidRPr="00A04B90" w:rsidRDefault="009E675A" w:rsidP="009E675A">
      <w:pPr>
        <w:jc w:val="center"/>
        <w:rPr>
          <w:b/>
          <w:bCs/>
          <w:sz w:val="24"/>
          <w:szCs w:val="24"/>
          <w:lang w:val="en-GB"/>
        </w:rPr>
      </w:pPr>
      <w:r w:rsidRPr="00A04B90">
        <w:rPr>
          <w:b/>
          <w:bCs/>
          <w:sz w:val="24"/>
          <w:szCs w:val="24"/>
          <w:lang w:val="en-GB"/>
        </w:rPr>
        <w:t>APPLICATION FORM</w:t>
      </w:r>
    </w:p>
    <w:p w14:paraId="14D08A29" w14:textId="77777777" w:rsidR="009E675A" w:rsidRPr="00BE73A5" w:rsidRDefault="009E675A" w:rsidP="009E675A">
      <w:pPr>
        <w:rPr>
          <w:lang w:val="en-GB"/>
        </w:rPr>
      </w:pPr>
    </w:p>
    <w:p w14:paraId="1F50F880" w14:textId="77777777" w:rsidR="009E675A" w:rsidRPr="00BE73A5" w:rsidRDefault="009E675A" w:rsidP="009E675A">
      <w:pPr>
        <w:rPr>
          <w:b/>
          <w:bCs/>
          <w:lang w:val="en-GB"/>
        </w:rPr>
      </w:pPr>
      <w:r w:rsidRPr="00BE73A5">
        <w:rPr>
          <w:b/>
          <w:bCs/>
          <w:lang w:val="en-GB"/>
        </w:rPr>
        <w:t>1. Basic Information</w:t>
      </w:r>
    </w:p>
    <w:p w14:paraId="005A036C" w14:textId="77777777" w:rsidR="009E675A" w:rsidRPr="00BE73A5" w:rsidRDefault="009E675A" w:rsidP="009E675A">
      <w:pPr>
        <w:rPr>
          <w:lang w:val="en-GB"/>
        </w:rPr>
      </w:pPr>
      <w:r w:rsidRPr="00BE73A5">
        <w:rPr>
          <w:b/>
          <w:bCs/>
          <w:lang w:val="en-GB"/>
        </w:rPr>
        <w:t>Municipality:</w:t>
      </w:r>
    </w:p>
    <w:p w14:paraId="1841ED33" w14:textId="77777777" w:rsidR="009E675A" w:rsidRPr="00BE73A5" w:rsidRDefault="009E675A" w:rsidP="009E675A">
      <w:pPr>
        <w:rPr>
          <w:lang w:val="en-GB"/>
        </w:rPr>
      </w:pPr>
      <w:r>
        <w:rPr>
          <w:b/>
          <w:bCs/>
          <w:lang w:val="en-GB"/>
        </w:rPr>
        <w:t>Western Balkan economy:</w:t>
      </w:r>
    </w:p>
    <w:p w14:paraId="03D7F567" w14:textId="77777777" w:rsidR="009E675A" w:rsidRPr="00BE73A5" w:rsidRDefault="009E675A" w:rsidP="009E675A">
      <w:pPr>
        <w:rPr>
          <w:lang w:val="en-GB"/>
        </w:rPr>
      </w:pPr>
      <w:r w:rsidRPr="00BE73A5">
        <w:rPr>
          <w:b/>
          <w:bCs/>
          <w:lang w:val="en-GB"/>
        </w:rPr>
        <w:t>Population</w:t>
      </w:r>
      <w:r>
        <w:rPr>
          <w:b/>
          <w:bCs/>
          <w:lang w:val="en-GB"/>
        </w:rPr>
        <w:t xml:space="preserve"> of municipality</w:t>
      </w:r>
      <w:r w:rsidRPr="00BE73A5">
        <w:rPr>
          <w:b/>
          <w:bCs/>
          <w:lang w:val="en-GB"/>
        </w:rPr>
        <w:t>:</w:t>
      </w:r>
    </w:p>
    <w:p w14:paraId="0EEE2984" w14:textId="77777777" w:rsidR="009E675A" w:rsidRPr="00BE73A5" w:rsidRDefault="009E675A" w:rsidP="009E675A">
      <w:pPr>
        <w:rPr>
          <w:lang w:val="en-GB"/>
        </w:rPr>
      </w:pPr>
      <w:r w:rsidRPr="00BE73A5">
        <w:rPr>
          <w:b/>
          <w:bCs/>
          <w:lang w:val="en-GB"/>
        </w:rPr>
        <w:t>Contact person (Name, Position, Email, Telephone):</w:t>
      </w:r>
    </w:p>
    <w:p w14:paraId="61BB7029" w14:textId="77777777" w:rsidR="009E675A" w:rsidRPr="00BE73A5" w:rsidRDefault="009E675A" w:rsidP="009E675A">
      <w:pPr>
        <w:rPr>
          <w:lang w:val="en-GB"/>
        </w:rPr>
      </w:pPr>
      <w:r w:rsidRPr="00BE73A5">
        <w:rPr>
          <w:b/>
          <w:bCs/>
          <w:lang w:val="en-GB"/>
        </w:rPr>
        <w:t>NALAS Member Association:</w:t>
      </w:r>
    </w:p>
    <w:p w14:paraId="6ECAD279" w14:textId="77777777" w:rsidR="009E675A" w:rsidRPr="00BE73A5" w:rsidRDefault="009E675A" w:rsidP="009E675A">
      <w:pPr>
        <w:rPr>
          <w:lang w:val="en-GB"/>
        </w:rPr>
      </w:pPr>
    </w:p>
    <w:p w14:paraId="75F95647" w14:textId="77777777" w:rsidR="009E675A" w:rsidRPr="00BE73A5" w:rsidRDefault="009E675A" w:rsidP="009E675A">
      <w:pPr>
        <w:rPr>
          <w:b/>
          <w:bCs/>
          <w:lang w:val="en-GB"/>
        </w:rPr>
      </w:pPr>
      <w:r w:rsidRPr="00BE73A5">
        <w:rPr>
          <w:b/>
          <w:bCs/>
          <w:lang w:val="en-GB"/>
        </w:rPr>
        <w:t>2. Initiative Overview</w:t>
      </w:r>
    </w:p>
    <w:p w14:paraId="796FD867" w14:textId="77777777" w:rsidR="009E675A" w:rsidRDefault="009E675A" w:rsidP="009E675A">
      <w:pPr>
        <w:rPr>
          <w:b/>
          <w:bCs/>
          <w:lang w:val="en-GB"/>
        </w:rPr>
      </w:pPr>
      <w:r w:rsidRPr="00BE73A5">
        <w:rPr>
          <w:b/>
          <w:bCs/>
          <w:lang w:val="en-GB"/>
        </w:rPr>
        <w:t>Title of the initiative:</w:t>
      </w:r>
    </w:p>
    <w:p w14:paraId="2C642040" w14:textId="77777777" w:rsidR="00A04B90" w:rsidRPr="00BE73A5" w:rsidRDefault="00A04B90" w:rsidP="009E675A">
      <w:pPr>
        <w:rPr>
          <w:lang w:val="en-GB"/>
        </w:rPr>
      </w:pPr>
    </w:p>
    <w:p w14:paraId="52CDD5F0" w14:textId="77777777" w:rsidR="009E675A" w:rsidRPr="00BE73A5" w:rsidRDefault="009E675A" w:rsidP="009E675A">
      <w:pPr>
        <w:rPr>
          <w:b/>
          <w:bCs/>
          <w:lang w:val="en-GB"/>
        </w:rPr>
      </w:pPr>
      <w:r w:rsidRPr="00BE73A5">
        <w:rPr>
          <w:b/>
          <w:bCs/>
          <w:lang w:val="en-GB"/>
        </w:rPr>
        <w:t>Champion Award (please select one):</w:t>
      </w:r>
    </w:p>
    <w:p w14:paraId="3D952F08" w14:textId="77777777" w:rsidR="009E675A" w:rsidRPr="00BE73A5" w:rsidRDefault="006B24A5" w:rsidP="009E675A">
      <w:pPr>
        <w:rPr>
          <w:lang w:val="en-GB"/>
        </w:rPr>
      </w:pPr>
      <w:sdt>
        <w:sdtPr>
          <w:rPr>
            <w:rFonts w:ascii="Segoe UI Symbol" w:hAnsi="Segoe UI Symbol" w:cs="Segoe UI Symbol"/>
            <w:lang w:val="en-GB"/>
          </w:rPr>
          <w:id w:val="-1609656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6632">
            <w:rPr>
              <w:rFonts w:ascii="MS Gothic" w:eastAsia="MS Gothic" w:hAnsi="MS Gothic" w:cs="Segoe UI Symbol" w:hint="eastAsia"/>
              <w:lang w:val="en-GB"/>
            </w:rPr>
            <w:t>☐</w:t>
          </w:r>
        </w:sdtContent>
      </w:sdt>
      <w:r w:rsidR="009E675A" w:rsidRPr="00BE73A5">
        <w:rPr>
          <w:lang w:val="en-GB"/>
        </w:rPr>
        <w:t xml:space="preserve"> Youth Voice Champion</w:t>
      </w:r>
    </w:p>
    <w:p w14:paraId="1F3A0D64" w14:textId="77777777" w:rsidR="009E675A" w:rsidRPr="00BE73A5" w:rsidRDefault="006B24A5" w:rsidP="009E675A">
      <w:pPr>
        <w:rPr>
          <w:lang w:val="en-GB"/>
        </w:rPr>
      </w:pPr>
      <w:sdt>
        <w:sdtPr>
          <w:rPr>
            <w:lang w:val="en-GB"/>
          </w:rPr>
          <w:id w:val="70400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7A9D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147A9D">
        <w:rPr>
          <w:lang w:val="en-GB"/>
        </w:rPr>
        <w:t xml:space="preserve"> </w:t>
      </w:r>
      <w:r w:rsidR="009E675A" w:rsidRPr="00BE73A5">
        <w:rPr>
          <w:lang w:val="en-GB"/>
        </w:rPr>
        <w:t>Safe Communities Champion</w:t>
      </w:r>
    </w:p>
    <w:p w14:paraId="112073BF" w14:textId="77777777" w:rsidR="009E675A" w:rsidRPr="00BE73A5" w:rsidRDefault="006B24A5" w:rsidP="009E675A">
      <w:pPr>
        <w:rPr>
          <w:lang w:val="en-GB"/>
        </w:rPr>
      </w:pPr>
      <w:sdt>
        <w:sdtPr>
          <w:rPr>
            <w:lang w:val="en-GB"/>
          </w:rPr>
          <w:id w:val="-1506287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6632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147A9D">
        <w:rPr>
          <w:lang w:val="en-GB"/>
        </w:rPr>
        <w:t xml:space="preserve"> </w:t>
      </w:r>
      <w:r w:rsidR="009E675A" w:rsidRPr="00BE73A5">
        <w:rPr>
          <w:lang w:val="en-GB"/>
        </w:rPr>
        <w:t>Peacebuilding Champion</w:t>
      </w:r>
    </w:p>
    <w:p w14:paraId="250525A1" w14:textId="77777777" w:rsidR="009E675A" w:rsidRPr="00BE73A5" w:rsidRDefault="006B24A5" w:rsidP="009E675A">
      <w:pPr>
        <w:rPr>
          <w:lang w:val="en-GB"/>
        </w:rPr>
      </w:pPr>
      <w:sdt>
        <w:sdtPr>
          <w:rPr>
            <w:lang w:val="en-GB"/>
          </w:rPr>
          <w:id w:val="-91084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6632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9E675A" w:rsidRPr="00BE73A5">
        <w:rPr>
          <w:lang w:val="en-GB"/>
        </w:rPr>
        <w:t xml:space="preserve"> Partnerships Champion</w:t>
      </w:r>
    </w:p>
    <w:p w14:paraId="518150A7" w14:textId="77777777" w:rsidR="009E675A" w:rsidRDefault="006B24A5" w:rsidP="009E675A">
      <w:pPr>
        <w:rPr>
          <w:lang w:val="en-GB"/>
        </w:rPr>
      </w:pPr>
      <w:sdt>
        <w:sdtPr>
          <w:rPr>
            <w:lang w:val="en-GB"/>
          </w:rPr>
          <w:id w:val="-1775709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6632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147A9D">
        <w:rPr>
          <w:lang w:val="en-GB"/>
        </w:rPr>
        <w:t xml:space="preserve"> </w:t>
      </w:r>
      <w:r w:rsidR="009E675A" w:rsidRPr="00BE73A5">
        <w:rPr>
          <w:lang w:val="en-GB"/>
        </w:rPr>
        <w:t>Inclusive Futures Champion</w:t>
      </w:r>
    </w:p>
    <w:p w14:paraId="68FFF53A" w14:textId="77777777" w:rsidR="009E675A" w:rsidRPr="00BE73A5" w:rsidRDefault="009E675A" w:rsidP="009E675A">
      <w:pPr>
        <w:rPr>
          <w:lang w:val="en-GB"/>
        </w:rPr>
      </w:pPr>
    </w:p>
    <w:p w14:paraId="3E6F94C0" w14:textId="77777777" w:rsidR="009E675A" w:rsidRPr="00BE73A5" w:rsidRDefault="009E675A" w:rsidP="009E675A">
      <w:pPr>
        <w:rPr>
          <w:b/>
          <w:bCs/>
          <w:lang w:val="en-GB"/>
        </w:rPr>
      </w:pPr>
      <w:r w:rsidRPr="00BE73A5">
        <w:rPr>
          <w:b/>
          <w:bCs/>
          <w:lang w:val="en-GB"/>
        </w:rPr>
        <w:t>3. Description of the Initiative (Max. 500 words)</w:t>
      </w:r>
    </w:p>
    <w:p w14:paraId="59AA6C0E" w14:textId="77777777" w:rsidR="009E675A" w:rsidRPr="00BE73A5" w:rsidRDefault="009E675A" w:rsidP="009E675A">
      <w:pPr>
        <w:rPr>
          <w:lang w:val="en-GB"/>
        </w:rPr>
      </w:pPr>
      <w:r w:rsidRPr="00BE73A5">
        <w:rPr>
          <w:lang w:val="en-GB"/>
        </w:rPr>
        <w:t>Please briefly describe:</w:t>
      </w:r>
    </w:p>
    <w:p w14:paraId="7A003AE9" w14:textId="77777777" w:rsidR="009E675A" w:rsidRPr="00BE73A5" w:rsidRDefault="009E675A" w:rsidP="009E675A">
      <w:pPr>
        <w:numPr>
          <w:ilvl w:val="0"/>
          <w:numId w:val="23"/>
        </w:numPr>
        <w:rPr>
          <w:lang w:val="en-GB"/>
        </w:rPr>
      </w:pPr>
      <w:r w:rsidRPr="00BE73A5">
        <w:rPr>
          <w:lang w:val="en-GB"/>
        </w:rPr>
        <w:t xml:space="preserve">The local challenge addressed; </w:t>
      </w:r>
    </w:p>
    <w:p w14:paraId="75E0F713" w14:textId="77777777" w:rsidR="009E675A" w:rsidRPr="00BE73A5" w:rsidRDefault="009E675A" w:rsidP="009E675A">
      <w:pPr>
        <w:numPr>
          <w:ilvl w:val="0"/>
          <w:numId w:val="23"/>
        </w:numPr>
        <w:rPr>
          <w:lang w:val="en-GB"/>
        </w:rPr>
      </w:pPr>
      <w:r w:rsidRPr="00BE73A5">
        <w:rPr>
          <w:lang w:val="en-GB"/>
        </w:rPr>
        <w:lastRenderedPageBreak/>
        <w:t xml:space="preserve">The objectives of the initiative; </w:t>
      </w:r>
    </w:p>
    <w:p w14:paraId="52738C9C" w14:textId="77777777" w:rsidR="009E675A" w:rsidRPr="00BE73A5" w:rsidRDefault="009E675A" w:rsidP="009E675A">
      <w:pPr>
        <w:numPr>
          <w:ilvl w:val="0"/>
          <w:numId w:val="23"/>
        </w:numPr>
        <w:rPr>
          <w:lang w:val="en-GB"/>
        </w:rPr>
      </w:pPr>
      <w:r w:rsidRPr="00BE73A5">
        <w:rPr>
          <w:lang w:val="en-GB"/>
        </w:rPr>
        <w:t xml:space="preserve">Key activities implemented; </w:t>
      </w:r>
    </w:p>
    <w:p w14:paraId="35E62E7D" w14:textId="77777777" w:rsidR="009E675A" w:rsidRPr="00BE73A5" w:rsidRDefault="009E675A" w:rsidP="009E675A">
      <w:pPr>
        <w:numPr>
          <w:ilvl w:val="0"/>
          <w:numId w:val="23"/>
        </w:numPr>
        <w:rPr>
          <w:lang w:val="en-GB"/>
        </w:rPr>
      </w:pPr>
      <w:r w:rsidRPr="00BE73A5">
        <w:rPr>
          <w:lang w:val="en-GB"/>
        </w:rPr>
        <w:t xml:space="preserve">Main stakeholders involved; </w:t>
      </w:r>
    </w:p>
    <w:p w14:paraId="4521A4F9" w14:textId="53D23BB7" w:rsidR="00A04B90" w:rsidRPr="00031A9F" w:rsidRDefault="009E675A" w:rsidP="009E675A">
      <w:pPr>
        <w:numPr>
          <w:ilvl w:val="0"/>
          <w:numId w:val="23"/>
        </w:numPr>
        <w:rPr>
          <w:lang w:val="en-GB"/>
        </w:rPr>
      </w:pPr>
      <w:r w:rsidRPr="00BE73A5">
        <w:rPr>
          <w:lang w:val="en-GB"/>
        </w:rPr>
        <w:t xml:space="preserve">How the initiative contributes to the selected Champion Award. </w:t>
      </w:r>
    </w:p>
    <w:p w14:paraId="24D7EB77" w14:textId="77777777" w:rsidR="00A04B90" w:rsidRPr="00BE73A5" w:rsidRDefault="00A04B90" w:rsidP="009E675A">
      <w:pPr>
        <w:rPr>
          <w:lang w:val="en-GB"/>
        </w:rPr>
      </w:pPr>
    </w:p>
    <w:p w14:paraId="769F450A" w14:textId="77777777" w:rsidR="009E675A" w:rsidRPr="00BE73A5" w:rsidRDefault="009E675A" w:rsidP="009E675A">
      <w:pPr>
        <w:rPr>
          <w:b/>
          <w:bCs/>
          <w:lang w:val="en-GB"/>
        </w:rPr>
      </w:pPr>
      <w:r w:rsidRPr="00BE73A5">
        <w:rPr>
          <w:b/>
          <w:bCs/>
          <w:lang w:val="en-GB"/>
        </w:rPr>
        <w:t>4. Results and Impact (Max. 400 words)</w:t>
      </w:r>
    </w:p>
    <w:p w14:paraId="57289AB9" w14:textId="77777777" w:rsidR="009E675A" w:rsidRPr="00BE73A5" w:rsidRDefault="009E675A" w:rsidP="009E675A">
      <w:pPr>
        <w:rPr>
          <w:lang w:val="en-GB"/>
        </w:rPr>
      </w:pPr>
      <w:r w:rsidRPr="00BE73A5">
        <w:rPr>
          <w:lang w:val="en-GB"/>
        </w:rPr>
        <w:t>What changed as a result of this initiative?</w:t>
      </w:r>
    </w:p>
    <w:p w14:paraId="4BC4A26B" w14:textId="77777777" w:rsidR="009E675A" w:rsidRPr="00BE73A5" w:rsidRDefault="009E675A" w:rsidP="009E675A">
      <w:pPr>
        <w:rPr>
          <w:lang w:val="en-GB"/>
        </w:rPr>
      </w:pPr>
      <w:r w:rsidRPr="00BE73A5">
        <w:rPr>
          <w:lang w:val="en-GB"/>
        </w:rPr>
        <w:t>Please describe the following aspects:</w:t>
      </w:r>
    </w:p>
    <w:p w14:paraId="5197BC56" w14:textId="77777777" w:rsidR="009E675A" w:rsidRPr="002569CE" w:rsidRDefault="009E675A" w:rsidP="009E675A">
      <w:pPr>
        <w:pStyle w:val="ListParagraph"/>
        <w:numPr>
          <w:ilvl w:val="0"/>
          <w:numId w:val="27"/>
        </w:numPr>
        <w:rPr>
          <w:lang w:val="en-GB"/>
        </w:rPr>
      </w:pPr>
      <w:r w:rsidRPr="009A0B44">
        <w:rPr>
          <w:lang w:val="en-GB"/>
        </w:rPr>
        <w:t>Benefits for young people</w:t>
      </w:r>
    </w:p>
    <w:p w14:paraId="45210470" w14:textId="77777777" w:rsidR="009E675A" w:rsidRPr="002569CE" w:rsidRDefault="009E675A" w:rsidP="009E675A">
      <w:pPr>
        <w:pStyle w:val="ListParagraph"/>
        <w:numPr>
          <w:ilvl w:val="0"/>
          <w:numId w:val="27"/>
        </w:numPr>
        <w:rPr>
          <w:lang w:val="en-GB"/>
        </w:rPr>
      </w:pPr>
      <w:r w:rsidRPr="009A0B44">
        <w:rPr>
          <w:lang w:val="en-GB"/>
        </w:rPr>
        <w:t>Benefits for the municipality and/or local community</w:t>
      </w:r>
    </w:p>
    <w:p w14:paraId="1EB40452" w14:textId="77777777" w:rsidR="009E675A" w:rsidRPr="002569CE" w:rsidRDefault="009E675A" w:rsidP="009E675A">
      <w:pPr>
        <w:pStyle w:val="ListParagraph"/>
        <w:numPr>
          <w:ilvl w:val="0"/>
          <w:numId w:val="27"/>
        </w:numPr>
        <w:rPr>
          <w:lang w:val="en-GB"/>
        </w:rPr>
      </w:pPr>
      <w:r w:rsidRPr="009A0B44">
        <w:rPr>
          <w:lang w:val="en-GB"/>
        </w:rPr>
        <w:t>Key measurable results and evidence of impact (where applicable)</w:t>
      </w:r>
    </w:p>
    <w:p w14:paraId="7B168A23" w14:textId="77777777" w:rsidR="009E675A" w:rsidRPr="00BE73A5" w:rsidRDefault="009E675A" w:rsidP="009E675A">
      <w:pPr>
        <w:rPr>
          <w:lang w:val="en-GB"/>
        </w:rPr>
      </w:pPr>
      <w:r w:rsidRPr="00BE73A5">
        <w:rPr>
          <w:lang w:val="en-GB"/>
        </w:rPr>
        <w:t>Examples may include:</w:t>
      </w:r>
    </w:p>
    <w:p w14:paraId="2ABE6471" w14:textId="77777777" w:rsidR="009E675A" w:rsidRPr="00BE73A5" w:rsidRDefault="009E675A" w:rsidP="009E675A">
      <w:pPr>
        <w:numPr>
          <w:ilvl w:val="0"/>
          <w:numId w:val="24"/>
        </w:numPr>
        <w:rPr>
          <w:lang w:val="en-GB"/>
        </w:rPr>
      </w:pPr>
      <w:r w:rsidRPr="00BE73A5">
        <w:rPr>
          <w:lang w:val="en-GB"/>
        </w:rPr>
        <w:t xml:space="preserve">Number of young people engaged; </w:t>
      </w:r>
    </w:p>
    <w:p w14:paraId="6520031D" w14:textId="77777777" w:rsidR="009E675A" w:rsidRPr="00BE73A5" w:rsidRDefault="009E675A" w:rsidP="009E675A">
      <w:pPr>
        <w:numPr>
          <w:ilvl w:val="0"/>
          <w:numId w:val="24"/>
        </w:numPr>
        <w:rPr>
          <w:lang w:val="en-GB"/>
        </w:rPr>
      </w:pPr>
      <w:r w:rsidRPr="00BE73A5">
        <w:rPr>
          <w:lang w:val="en-GB"/>
        </w:rPr>
        <w:t xml:space="preserve">Number of activities implemented; </w:t>
      </w:r>
    </w:p>
    <w:p w14:paraId="182454FE" w14:textId="77777777" w:rsidR="009E675A" w:rsidRPr="00BE73A5" w:rsidRDefault="009E675A" w:rsidP="009E675A">
      <w:pPr>
        <w:numPr>
          <w:ilvl w:val="0"/>
          <w:numId w:val="24"/>
        </w:numPr>
        <w:rPr>
          <w:lang w:val="en-GB"/>
        </w:rPr>
      </w:pPr>
      <w:r w:rsidRPr="00BE73A5">
        <w:rPr>
          <w:lang w:val="en-GB"/>
        </w:rPr>
        <w:t xml:space="preserve">Partnerships established; </w:t>
      </w:r>
    </w:p>
    <w:p w14:paraId="44DD4580" w14:textId="77777777" w:rsidR="009E675A" w:rsidRPr="00BE73A5" w:rsidRDefault="009E675A" w:rsidP="009E675A">
      <w:pPr>
        <w:numPr>
          <w:ilvl w:val="0"/>
          <w:numId w:val="24"/>
        </w:numPr>
        <w:rPr>
          <w:lang w:val="en-GB"/>
        </w:rPr>
      </w:pPr>
      <w:r w:rsidRPr="00BE73A5">
        <w:rPr>
          <w:lang w:val="en-GB"/>
        </w:rPr>
        <w:t xml:space="preserve">Policies or local actions adopted; </w:t>
      </w:r>
    </w:p>
    <w:p w14:paraId="218A39E8" w14:textId="6517C1A3" w:rsidR="009E675A" w:rsidRDefault="009E675A" w:rsidP="009E675A">
      <w:pPr>
        <w:numPr>
          <w:ilvl w:val="0"/>
          <w:numId w:val="24"/>
        </w:numPr>
        <w:rPr>
          <w:lang w:val="en-GB"/>
        </w:rPr>
      </w:pPr>
      <w:r w:rsidRPr="00BE73A5">
        <w:rPr>
          <w:lang w:val="en-GB"/>
        </w:rPr>
        <w:t xml:space="preserve">Other measurable results. </w:t>
      </w:r>
    </w:p>
    <w:p w14:paraId="6CAE0C0F" w14:textId="77777777" w:rsidR="00A04B90" w:rsidRPr="00A04B90" w:rsidRDefault="00A04B90" w:rsidP="00A04B90">
      <w:pPr>
        <w:ind w:left="720"/>
        <w:rPr>
          <w:lang w:val="en-GB"/>
        </w:rPr>
      </w:pPr>
    </w:p>
    <w:p w14:paraId="4EDC3C57" w14:textId="77777777" w:rsidR="009E675A" w:rsidRPr="00BE73A5" w:rsidRDefault="009E675A" w:rsidP="009E675A">
      <w:pPr>
        <w:rPr>
          <w:b/>
          <w:bCs/>
          <w:lang w:val="en-GB"/>
        </w:rPr>
      </w:pPr>
      <w:r w:rsidRPr="00BE73A5">
        <w:rPr>
          <w:b/>
          <w:bCs/>
          <w:lang w:val="en-GB"/>
        </w:rPr>
        <w:t>5. Innovation, Sustainability and Future Plans (Max. 300 words)</w:t>
      </w:r>
    </w:p>
    <w:p w14:paraId="7203C53F" w14:textId="77777777" w:rsidR="009E675A" w:rsidRPr="00BE73A5" w:rsidRDefault="009E675A" w:rsidP="009E675A">
      <w:pPr>
        <w:rPr>
          <w:lang w:val="en-GB"/>
        </w:rPr>
      </w:pPr>
      <w:r w:rsidRPr="00BE73A5">
        <w:rPr>
          <w:lang w:val="en-GB"/>
        </w:rPr>
        <w:t>Please describe:</w:t>
      </w:r>
    </w:p>
    <w:p w14:paraId="15B2F474" w14:textId="77777777" w:rsidR="009E675A" w:rsidRPr="00BE73A5" w:rsidRDefault="009E675A" w:rsidP="009E675A">
      <w:pPr>
        <w:numPr>
          <w:ilvl w:val="0"/>
          <w:numId w:val="25"/>
        </w:numPr>
        <w:rPr>
          <w:lang w:val="en-GB"/>
        </w:rPr>
      </w:pPr>
      <w:r w:rsidRPr="00BE73A5">
        <w:rPr>
          <w:lang w:val="en-GB"/>
        </w:rPr>
        <w:t xml:space="preserve">What makes this initiative innovative or different from previous or existing approaches; </w:t>
      </w:r>
    </w:p>
    <w:p w14:paraId="0D58D5A5" w14:textId="77777777" w:rsidR="009E675A" w:rsidRPr="00BE73A5" w:rsidRDefault="009E675A" w:rsidP="009E675A">
      <w:pPr>
        <w:numPr>
          <w:ilvl w:val="0"/>
          <w:numId w:val="25"/>
        </w:numPr>
        <w:rPr>
          <w:lang w:val="en-GB"/>
        </w:rPr>
      </w:pPr>
      <w:r w:rsidRPr="00BE73A5">
        <w:rPr>
          <w:lang w:val="en-GB"/>
        </w:rPr>
        <w:t xml:space="preserve">How the initiative will continue; </w:t>
      </w:r>
    </w:p>
    <w:p w14:paraId="2408C3B4" w14:textId="77777777" w:rsidR="009E675A" w:rsidRPr="00BE73A5" w:rsidRDefault="009E675A" w:rsidP="009E675A">
      <w:pPr>
        <w:numPr>
          <w:ilvl w:val="0"/>
          <w:numId w:val="25"/>
        </w:numPr>
        <w:rPr>
          <w:lang w:val="en-GB"/>
        </w:rPr>
      </w:pPr>
      <w:r w:rsidRPr="00BE73A5">
        <w:rPr>
          <w:lang w:val="en-GB"/>
        </w:rPr>
        <w:t xml:space="preserve">How it has been integrated into municipal strategies, action plans or budget frameworks; </w:t>
      </w:r>
    </w:p>
    <w:p w14:paraId="7F48A308" w14:textId="77777777" w:rsidR="009E675A" w:rsidRPr="00BE73A5" w:rsidRDefault="009E675A" w:rsidP="009E675A">
      <w:pPr>
        <w:numPr>
          <w:ilvl w:val="0"/>
          <w:numId w:val="25"/>
        </w:numPr>
        <w:rPr>
          <w:lang w:val="en-GB"/>
        </w:rPr>
      </w:pPr>
      <w:r w:rsidRPr="00BE73A5">
        <w:rPr>
          <w:lang w:val="en-GB"/>
        </w:rPr>
        <w:t xml:space="preserve">How it could inspire or be replicated by other municipalities. </w:t>
      </w:r>
    </w:p>
    <w:p w14:paraId="20A37786" w14:textId="77777777" w:rsidR="009E675A" w:rsidRPr="00BE73A5" w:rsidRDefault="009E675A" w:rsidP="009E675A">
      <w:pPr>
        <w:rPr>
          <w:lang w:val="en-GB"/>
        </w:rPr>
      </w:pPr>
    </w:p>
    <w:p w14:paraId="3A2D0ED8" w14:textId="77777777" w:rsidR="009E675A" w:rsidRPr="00BE73A5" w:rsidRDefault="009E675A" w:rsidP="009E675A">
      <w:pPr>
        <w:rPr>
          <w:b/>
          <w:bCs/>
          <w:lang w:val="en-GB"/>
        </w:rPr>
      </w:pPr>
      <w:r w:rsidRPr="00BE73A5">
        <w:rPr>
          <w:b/>
          <w:bCs/>
          <w:lang w:val="en-GB"/>
        </w:rPr>
        <w:t>6. Youth Participation and Leadership (Max. 250 words)</w:t>
      </w:r>
    </w:p>
    <w:p w14:paraId="6D9F5307" w14:textId="77777777" w:rsidR="009E675A" w:rsidRPr="00BE73A5" w:rsidRDefault="009E675A" w:rsidP="009E675A">
      <w:pPr>
        <w:rPr>
          <w:lang w:val="en-GB"/>
        </w:rPr>
      </w:pPr>
      <w:r w:rsidRPr="00BE73A5">
        <w:rPr>
          <w:lang w:val="en-GB"/>
        </w:rPr>
        <w:t>Please describe:</w:t>
      </w:r>
    </w:p>
    <w:p w14:paraId="1441163A" w14:textId="77777777" w:rsidR="009E675A" w:rsidRPr="00BE73A5" w:rsidRDefault="009E675A" w:rsidP="009E675A">
      <w:pPr>
        <w:numPr>
          <w:ilvl w:val="0"/>
          <w:numId w:val="26"/>
        </w:numPr>
        <w:rPr>
          <w:lang w:val="en-GB"/>
        </w:rPr>
      </w:pPr>
      <w:r w:rsidRPr="00BE73A5">
        <w:rPr>
          <w:lang w:val="en-GB"/>
        </w:rPr>
        <w:t xml:space="preserve">How young people participated in identifying local needs; </w:t>
      </w:r>
    </w:p>
    <w:p w14:paraId="1FFE6B17" w14:textId="77777777" w:rsidR="009E675A" w:rsidRPr="00BE73A5" w:rsidRDefault="009E675A" w:rsidP="009E675A">
      <w:pPr>
        <w:numPr>
          <w:ilvl w:val="0"/>
          <w:numId w:val="26"/>
        </w:numPr>
        <w:rPr>
          <w:lang w:val="en-GB"/>
        </w:rPr>
      </w:pPr>
      <w:r w:rsidRPr="00BE73A5">
        <w:rPr>
          <w:lang w:val="en-GB"/>
        </w:rPr>
        <w:t xml:space="preserve">How they were involved in planning, decision-making and implementation; </w:t>
      </w:r>
    </w:p>
    <w:p w14:paraId="7E5F17C9" w14:textId="77777777" w:rsidR="009E675A" w:rsidRPr="00BE73A5" w:rsidRDefault="009E675A" w:rsidP="009E675A">
      <w:pPr>
        <w:numPr>
          <w:ilvl w:val="0"/>
          <w:numId w:val="26"/>
        </w:numPr>
        <w:rPr>
          <w:lang w:val="en-GB"/>
        </w:rPr>
      </w:pPr>
      <w:r w:rsidRPr="00BE73A5">
        <w:rPr>
          <w:lang w:val="en-GB"/>
        </w:rPr>
        <w:t xml:space="preserve">What leadership role young people played throughout the initiative; </w:t>
      </w:r>
    </w:p>
    <w:p w14:paraId="21207055" w14:textId="77777777" w:rsidR="009E675A" w:rsidRPr="00BE73A5" w:rsidRDefault="009E675A" w:rsidP="009E675A">
      <w:pPr>
        <w:numPr>
          <w:ilvl w:val="0"/>
          <w:numId w:val="26"/>
        </w:numPr>
        <w:rPr>
          <w:lang w:val="en-GB"/>
        </w:rPr>
      </w:pPr>
      <w:r w:rsidRPr="00BE73A5">
        <w:rPr>
          <w:lang w:val="en-GB"/>
        </w:rPr>
        <w:t xml:space="preserve">How the initiative promoted inclusion, diversity and equal opportunities. </w:t>
      </w:r>
    </w:p>
    <w:p w14:paraId="74823F86" w14:textId="77777777" w:rsidR="009E675A" w:rsidRPr="00BE73A5" w:rsidRDefault="009E675A" w:rsidP="009E675A">
      <w:pPr>
        <w:rPr>
          <w:lang w:val="en-GB"/>
        </w:rPr>
      </w:pPr>
    </w:p>
    <w:p w14:paraId="43CBDEEE" w14:textId="77777777" w:rsidR="009E675A" w:rsidRPr="00BE73A5" w:rsidRDefault="009E675A" w:rsidP="009E675A">
      <w:pPr>
        <w:rPr>
          <w:b/>
          <w:bCs/>
          <w:lang w:val="en-GB"/>
        </w:rPr>
      </w:pPr>
      <w:r w:rsidRPr="00BE73A5">
        <w:rPr>
          <w:b/>
          <w:bCs/>
          <w:lang w:val="en-GB"/>
        </w:rPr>
        <w:t>7. Supporting Materials</w:t>
      </w:r>
    </w:p>
    <w:p w14:paraId="7F3435FC" w14:textId="77777777" w:rsidR="009E675A" w:rsidRPr="00BE73A5" w:rsidRDefault="009E675A" w:rsidP="009E675A">
      <w:pPr>
        <w:rPr>
          <w:lang w:val="en-GB"/>
        </w:rPr>
      </w:pPr>
      <w:r w:rsidRPr="00BE73A5">
        <w:rPr>
          <w:lang w:val="en-GB"/>
        </w:rPr>
        <w:t xml:space="preserve">Please attach relevant materials </w:t>
      </w:r>
      <w:r w:rsidRPr="00BE73A5">
        <w:rPr>
          <w:i/>
          <w:iCs/>
          <w:lang w:val="en-GB"/>
        </w:rPr>
        <w:t>(maximum five attachments).</w:t>
      </w:r>
    </w:p>
    <w:p w14:paraId="11080979" w14:textId="18FE533E" w:rsidR="009E675A" w:rsidRPr="00BE73A5" w:rsidRDefault="00E818F6" w:rsidP="009E675A">
      <w:pPr>
        <w:rPr>
          <w:lang w:val="en-GB"/>
        </w:rPr>
      </w:pPr>
      <w:sdt>
        <w:sdtPr>
          <w:rPr>
            <w:lang w:val="en-GB"/>
          </w:rPr>
          <w:id w:val="-1669853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9E675A" w:rsidRPr="00BE73A5">
        <w:rPr>
          <w:lang w:val="en-GB"/>
        </w:rPr>
        <w:t>Photos</w:t>
      </w:r>
    </w:p>
    <w:p w14:paraId="7C60236C" w14:textId="08B7D216" w:rsidR="009E675A" w:rsidRPr="00BE73A5" w:rsidRDefault="00E818F6" w:rsidP="009E675A">
      <w:pPr>
        <w:rPr>
          <w:lang w:val="en-GB"/>
        </w:rPr>
      </w:pPr>
      <w:sdt>
        <w:sdtPr>
          <w:rPr>
            <w:lang w:val="en-GB"/>
          </w:rPr>
          <w:id w:val="1626964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9E675A" w:rsidRPr="00BE73A5">
        <w:rPr>
          <w:lang w:val="en-GB"/>
        </w:rPr>
        <w:t>Reports or monitoring data</w:t>
      </w:r>
    </w:p>
    <w:p w14:paraId="0F3BD67B" w14:textId="6EFC9E83" w:rsidR="009E675A" w:rsidRPr="00BE73A5" w:rsidRDefault="00E818F6" w:rsidP="009E675A">
      <w:pPr>
        <w:rPr>
          <w:lang w:val="en-GB"/>
        </w:rPr>
      </w:pPr>
      <w:sdt>
        <w:sdtPr>
          <w:rPr>
            <w:lang w:val="en-GB"/>
          </w:rPr>
          <w:id w:val="-1389801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9E675A" w:rsidRPr="00BE73A5">
        <w:rPr>
          <w:lang w:val="en-GB"/>
        </w:rPr>
        <w:t>Municipal decision or strategy reference</w:t>
      </w:r>
    </w:p>
    <w:p w14:paraId="059FE40F" w14:textId="7B502576" w:rsidR="009E675A" w:rsidRPr="00BE73A5" w:rsidRDefault="00E818F6" w:rsidP="009E675A">
      <w:pPr>
        <w:rPr>
          <w:lang w:val="en-GB"/>
        </w:rPr>
      </w:pPr>
      <w:sdt>
        <w:sdtPr>
          <w:rPr>
            <w:lang w:val="en-GB"/>
          </w:rPr>
          <w:id w:val="1095433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9E675A" w:rsidRPr="00BE73A5">
        <w:rPr>
          <w:lang w:val="en-GB"/>
        </w:rPr>
        <w:t>Local action plan or policy document</w:t>
      </w:r>
    </w:p>
    <w:p w14:paraId="61FCCFD7" w14:textId="05B4720A" w:rsidR="009E675A" w:rsidRPr="00BE73A5" w:rsidRDefault="00E818F6" w:rsidP="009E675A">
      <w:pPr>
        <w:rPr>
          <w:lang w:val="en-GB"/>
        </w:rPr>
      </w:pPr>
      <w:sdt>
        <w:sdtPr>
          <w:rPr>
            <w:lang w:val="en-GB"/>
          </w:rPr>
          <w:id w:val="-925726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9E675A" w:rsidRPr="00BE73A5">
        <w:rPr>
          <w:lang w:val="en-GB"/>
        </w:rPr>
        <w:t>Media coverage</w:t>
      </w:r>
    </w:p>
    <w:p w14:paraId="3ABE5461" w14:textId="261EBCCE" w:rsidR="009E675A" w:rsidRPr="00BE73A5" w:rsidRDefault="00E818F6" w:rsidP="009E675A">
      <w:pPr>
        <w:rPr>
          <w:lang w:val="en-GB"/>
        </w:rPr>
      </w:pPr>
      <w:sdt>
        <w:sdtPr>
          <w:rPr>
            <w:lang w:val="en-GB"/>
          </w:rPr>
          <w:id w:val="1155111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9E675A" w:rsidRPr="00BE73A5">
        <w:rPr>
          <w:lang w:val="en-GB"/>
        </w:rPr>
        <w:t>Videos</w:t>
      </w:r>
    </w:p>
    <w:p w14:paraId="32B7EEF2" w14:textId="624370D0" w:rsidR="009E675A" w:rsidRPr="00BE73A5" w:rsidRDefault="00E818F6" w:rsidP="009E675A">
      <w:pPr>
        <w:rPr>
          <w:lang w:val="en-GB"/>
        </w:rPr>
      </w:pPr>
      <w:sdt>
        <w:sdtPr>
          <w:rPr>
            <w:lang w:val="en-GB"/>
          </w:rPr>
          <w:id w:val="-5880787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9E675A" w:rsidRPr="00BE73A5">
        <w:rPr>
          <w:lang w:val="en-GB"/>
        </w:rPr>
        <w:t xml:space="preserve"> Testimonials</w:t>
      </w:r>
    </w:p>
    <w:p w14:paraId="24B514CC" w14:textId="746A1F4A" w:rsidR="00031A9F" w:rsidRDefault="00E818F6" w:rsidP="00E818F6">
      <w:pPr>
        <w:rPr>
          <w:lang w:val="en-GB"/>
        </w:rPr>
      </w:pPr>
      <w:sdt>
        <w:sdtPr>
          <w:rPr>
            <w:lang w:val="en-GB"/>
          </w:rPr>
          <w:id w:val="20433962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9E675A" w:rsidRPr="00BE73A5">
        <w:rPr>
          <w:lang w:val="en-GB"/>
        </w:rPr>
        <w:t xml:space="preserve"> Other</w:t>
      </w:r>
    </w:p>
    <w:p w14:paraId="657E2042" w14:textId="77777777" w:rsidR="00E818F6" w:rsidRPr="00BE73A5" w:rsidRDefault="00E818F6" w:rsidP="00E818F6">
      <w:pPr>
        <w:rPr>
          <w:lang w:val="en-GB"/>
        </w:rPr>
      </w:pPr>
    </w:p>
    <w:p w14:paraId="40154448" w14:textId="77777777" w:rsidR="009E675A" w:rsidRPr="00BE73A5" w:rsidRDefault="009E675A" w:rsidP="009E675A">
      <w:pPr>
        <w:rPr>
          <w:b/>
          <w:bCs/>
          <w:lang w:val="en-GB"/>
        </w:rPr>
      </w:pPr>
      <w:r w:rsidRPr="00BE73A5">
        <w:rPr>
          <w:b/>
          <w:bCs/>
          <w:lang w:val="en-GB"/>
        </w:rPr>
        <w:t>8. Declaration</w:t>
      </w:r>
    </w:p>
    <w:p w14:paraId="0AE957D9" w14:textId="77777777" w:rsidR="009E675A" w:rsidRPr="00BE73A5" w:rsidRDefault="009E675A" w:rsidP="009E675A">
      <w:pPr>
        <w:rPr>
          <w:lang w:val="en-GB"/>
        </w:rPr>
      </w:pPr>
      <w:r w:rsidRPr="00BE73A5">
        <w:rPr>
          <w:lang w:val="en-GB"/>
        </w:rPr>
        <w:t>I confirm that the information provided is accurate and that the initiative has been implemented or is currently being implemented by the municipality.</w:t>
      </w:r>
    </w:p>
    <w:p w14:paraId="72B6134E" w14:textId="263F481B" w:rsidR="009E675A" w:rsidRPr="00BE73A5" w:rsidRDefault="009E675A" w:rsidP="009E675A">
      <w:pPr>
        <w:rPr>
          <w:lang w:val="en-GB"/>
        </w:rPr>
      </w:pPr>
      <w:r w:rsidRPr="00BE73A5">
        <w:rPr>
          <w:b/>
          <w:bCs/>
          <w:lang w:val="en-GB"/>
        </w:rPr>
        <w:t>Name and signature of Mayor / Authorized Representative:</w:t>
      </w:r>
    </w:p>
    <w:p w14:paraId="4E0F8B2D" w14:textId="77777777" w:rsidR="00B56FCB" w:rsidRPr="00147A9D" w:rsidRDefault="009E675A" w:rsidP="009E675A">
      <w:pPr>
        <w:rPr>
          <w:lang w:val="en-GB"/>
        </w:rPr>
      </w:pPr>
      <w:r w:rsidRPr="00BE73A5">
        <w:rPr>
          <w:b/>
          <w:bCs/>
          <w:lang w:val="en-GB"/>
        </w:rPr>
        <w:t>Date:</w:t>
      </w:r>
    </w:p>
    <w:sectPr w:rsidR="00B56FCB" w:rsidRPr="00147A9D" w:rsidSect="00034616">
      <w:headerReference w:type="default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A3DBB" w14:textId="77777777" w:rsidR="009A3F35" w:rsidRDefault="009A3F35">
      <w:pPr>
        <w:spacing w:after="0" w:line="240" w:lineRule="auto"/>
      </w:pPr>
      <w:r>
        <w:separator/>
      </w:r>
    </w:p>
  </w:endnote>
  <w:endnote w:type="continuationSeparator" w:id="0">
    <w:p w14:paraId="09A4BC83" w14:textId="77777777" w:rsidR="009A3F35" w:rsidRDefault="009A3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78DB7" w14:textId="77777777" w:rsidR="00F45497" w:rsidRDefault="00F45497">
    <w:pPr>
      <w:pStyle w:val="Footer"/>
    </w:pPr>
    <w:r>
      <w:rPr>
        <w:noProof/>
      </w:rPr>
      <w:drawing>
        <wp:inline distT="0" distB="0" distL="0" distR="0" wp14:anchorId="3C0AC857" wp14:editId="04B47857">
          <wp:extent cx="1325880" cy="373886"/>
          <wp:effectExtent l="0" t="0" r="0" b="0"/>
          <wp:docPr id="1882194726" name="Picture 18821947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N ramka fi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25880" cy="3738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1A796711" wp14:editId="3E73B943">
          <wp:extent cx="500925" cy="475487"/>
          <wp:effectExtent l="0" t="0" r="0" b="0"/>
          <wp:docPr id="838520624" name="Picture 8385206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bf(1)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00925" cy="4754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A239F" w14:textId="77777777" w:rsidR="009A3F35" w:rsidRDefault="009A3F35">
      <w:pPr>
        <w:spacing w:after="0" w:line="240" w:lineRule="auto"/>
      </w:pPr>
      <w:bookmarkStart w:id="0" w:name="_Hlk236904816"/>
      <w:bookmarkEnd w:id="0"/>
      <w:r>
        <w:separator/>
      </w:r>
    </w:p>
  </w:footnote>
  <w:footnote w:type="continuationSeparator" w:id="0">
    <w:p w14:paraId="023926F1" w14:textId="77777777" w:rsidR="009A3F35" w:rsidRDefault="009A3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84EF3" w14:textId="77777777" w:rsidR="00C753C6" w:rsidRDefault="00C753C6">
    <w:pPr>
      <w:pStyle w:val="Header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1914"/>
      <w:gridCol w:w="1491"/>
      <w:gridCol w:w="2160"/>
      <w:gridCol w:w="1491"/>
      <w:gridCol w:w="1584"/>
    </w:tblGrid>
    <w:tr w:rsidR="00E168B6" w14:paraId="3433C7BA" w14:textId="77777777">
      <w:trPr>
        <w:jc w:val="center"/>
      </w:trPr>
      <w:tc>
        <w:tcPr>
          <w:tcW w:w="193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6199E2A" w14:textId="77777777" w:rsidR="00C753C6" w:rsidRDefault="00FA55C9">
          <w:pPr>
            <w:jc w:val="center"/>
          </w:pPr>
          <w:r>
            <w:rPr>
              <w:noProof/>
            </w:rPr>
            <w:drawing>
              <wp:inline distT="0" distB="0" distL="0" distR="0" wp14:anchorId="2312C17A" wp14:editId="21951AD2">
                <wp:extent cx="1048221" cy="669290"/>
                <wp:effectExtent l="0" t="0" r="0" b="0"/>
                <wp:docPr id="954488694" name="Picture 9544886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ALAS-logo full name(1)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3906" cy="6793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FD57B96" w14:textId="77777777" w:rsidR="00C753C6" w:rsidRDefault="00C753C6" w:rsidP="008C2303"/>
      </w:tc>
      <w:tc>
        <w:tcPr>
          <w:tcW w:w="193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BF30A87" w14:textId="77777777" w:rsidR="00C753C6" w:rsidRDefault="00F45497" w:rsidP="008C2303">
          <w:r>
            <w:rPr>
              <w:noProof/>
            </w:rPr>
            <w:drawing>
              <wp:inline distT="0" distB="0" distL="0" distR="0" wp14:anchorId="7032B849" wp14:editId="64D4CC17">
                <wp:extent cx="1234440" cy="249949"/>
                <wp:effectExtent l="0" t="0" r="0" b="0"/>
                <wp:docPr id="1769366906" name="Picture 17693669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YOUth 2023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4440" cy="2499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5E79922" w14:textId="77777777" w:rsidR="00C753C6" w:rsidRDefault="00C753C6">
          <w:pPr>
            <w:jc w:val="center"/>
          </w:pPr>
        </w:p>
      </w:tc>
      <w:tc>
        <w:tcPr>
          <w:tcW w:w="193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0EAA11E" w14:textId="77777777" w:rsidR="00C753C6" w:rsidRDefault="00FA55C9">
          <w:pPr>
            <w:jc w:val="center"/>
          </w:pPr>
          <w:r>
            <w:rPr>
              <w:noProof/>
            </w:rPr>
            <w:drawing>
              <wp:inline distT="0" distB="0" distL="0" distR="0" wp14:anchorId="52A68D0F" wp14:editId="5A7E5835">
                <wp:extent cx="234725" cy="475486"/>
                <wp:effectExtent l="0" t="0" r="0" b="0"/>
                <wp:docPr id="2094927191" name="Picture 20949271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dp(1).pn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725" cy="4754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516776"/>
    <w:multiLevelType w:val="multilevel"/>
    <w:tmpl w:val="B4129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E771868"/>
    <w:multiLevelType w:val="multilevel"/>
    <w:tmpl w:val="134EE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8732B3"/>
    <w:multiLevelType w:val="multilevel"/>
    <w:tmpl w:val="9294C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F769FB"/>
    <w:multiLevelType w:val="multilevel"/>
    <w:tmpl w:val="1EB2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EC771F"/>
    <w:multiLevelType w:val="multilevel"/>
    <w:tmpl w:val="55842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016A05"/>
    <w:multiLevelType w:val="multilevel"/>
    <w:tmpl w:val="0D5CD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327F32"/>
    <w:multiLevelType w:val="multilevel"/>
    <w:tmpl w:val="EAB6C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C95BF4"/>
    <w:multiLevelType w:val="multilevel"/>
    <w:tmpl w:val="F04C2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EA27F7"/>
    <w:multiLevelType w:val="multilevel"/>
    <w:tmpl w:val="B76C3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193E53"/>
    <w:multiLevelType w:val="multilevel"/>
    <w:tmpl w:val="80E2E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5410ED"/>
    <w:multiLevelType w:val="multilevel"/>
    <w:tmpl w:val="133AD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2C395A"/>
    <w:multiLevelType w:val="multilevel"/>
    <w:tmpl w:val="FF44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976F21"/>
    <w:multiLevelType w:val="multilevel"/>
    <w:tmpl w:val="46BA9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C73061"/>
    <w:multiLevelType w:val="multilevel"/>
    <w:tmpl w:val="47D4F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790E7C"/>
    <w:multiLevelType w:val="multilevel"/>
    <w:tmpl w:val="9B58F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6C0519"/>
    <w:multiLevelType w:val="multilevel"/>
    <w:tmpl w:val="630AC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C904B7"/>
    <w:multiLevelType w:val="hybridMultilevel"/>
    <w:tmpl w:val="4002129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F7F07C5"/>
    <w:multiLevelType w:val="multilevel"/>
    <w:tmpl w:val="7954F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2276640">
    <w:abstractNumId w:val="8"/>
  </w:num>
  <w:num w:numId="2" w16cid:durableId="1288659445">
    <w:abstractNumId w:val="6"/>
  </w:num>
  <w:num w:numId="3" w16cid:durableId="1046758895">
    <w:abstractNumId w:val="5"/>
  </w:num>
  <w:num w:numId="4" w16cid:durableId="591160371">
    <w:abstractNumId w:val="4"/>
  </w:num>
  <w:num w:numId="5" w16cid:durableId="985352751">
    <w:abstractNumId w:val="7"/>
  </w:num>
  <w:num w:numId="6" w16cid:durableId="780412708">
    <w:abstractNumId w:val="3"/>
  </w:num>
  <w:num w:numId="7" w16cid:durableId="1464810301">
    <w:abstractNumId w:val="2"/>
  </w:num>
  <w:num w:numId="8" w16cid:durableId="333842333">
    <w:abstractNumId w:val="1"/>
  </w:num>
  <w:num w:numId="9" w16cid:durableId="971516399">
    <w:abstractNumId w:val="0"/>
  </w:num>
  <w:num w:numId="10" w16cid:durableId="1198275233">
    <w:abstractNumId w:val="22"/>
  </w:num>
  <w:num w:numId="11" w16cid:durableId="1571579301">
    <w:abstractNumId w:val="21"/>
  </w:num>
  <w:num w:numId="12" w16cid:durableId="606817972">
    <w:abstractNumId w:val="15"/>
  </w:num>
  <w:num w:numId="13" w16cid:durableId="1371226866">
    <w:abstractNumId w:val="9"/>
  </w:num>
  <w:num w:numId="14" w16cid:durableId="1090856520">
    <w:abstractNumId w:val="26"/>
  </w:num>
  <w:num w:numId="15" w16cid:durableId="348991544">
    <w:abstractNumId w:val="18"/>
  </w:num>
  <w:num w:numId="16" w16cid:durableId="487018204">
    <w:abstractNumId w:val="10"/>
  </w:num>
  <w:num w:numId="17" w16cid:durableId="352878466">
    <w:abstractNumId w:val="11"/>
  </w:num>
  <w:num w:numId="18" w16cid:durableId="1310548893">
    <w:abstractNumId w:val="23"/>
  </w:num>
  <w:num w:numId="19" w16cid:durableId="362095593">
    <w:abstractNumId w:val="14"/>
  </w:num>
  <w:num w:numId="20" w16cid:durableId="1959144277">
    <w:abstractNumId w:val="16"/>
  </w:num>
  <w:num w:numId="21" w16cid:durableId="1424957479">
    <w:abstractNumId w:val="13"/>
  </w:num>
  <w:num w:numId="22" w16cid:durableId="1962490814">
    <w:abstractNumId w:val="17"/>
  </w:num>
  <w:num w:numId="23" w16cid:durableId="1889679409">
    <w:abstractNumId w:val="12"/>
  </w:num>
  <w:num w:numId="24" w16cid:durableId="1981425218">
    <w:abstractNumId w:val="19"/>
  </w:num>
  <w:num w:numId="25" w16cid:durableId="435908794">
    <w:abstractNumId w:val="20"/>
  </w:num>
  <w:num w:numId="26" w16cid:durableId="1507206809">
    <w:abstractNumId w:val="24"/>
  </w:num>
  <w:num w:numId="27" w16cid:durableId="60649771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CD5"/>
    <w:rsid w:val="00031A9F"/>
    <w:rsid w:val="00034616"/>
    <w:rsid w:val="00042337"/>
    <w:rsid w:val="0006063C"/>
    <w:rsid w:val="0011655E"/>
    <w:rsid w:val="0012411F"/>
    <w:rsid w:val="00141857"/>
    <w:rsid w:val="00147A9D"/>
    <w:rsid w:val="0015074B"/>
    <w:rsid w:val="00171F98"/>
    <w:rsid w:val="00173052"/>
    <w:rsid w:val="001A753D"/>
    <w:rsid w:val="001B308C"/>
    <w:rsid w:val="002600AD"/>
    <w:rsid w:val="0028647C"/>
    <w:rsid w:val="0029639D"/>
    <w:rsid w:val="002B45E1"/>
    <w:rsid w:val="002D5B00"/>
    <w:rsid w:val="00324978"/>
    <w:rsid w:val="00326F90"/>
    <w:rsid w:val="00356C88"/>
    <w:rsid w:val="003607CC"/>
    <w:rsid w:val="00396107"/>
    <w:rsid w:val="003E6DA8"/>
    <w:rsid w:val="0044022D"/>
    <w:rsid w:val="00535A14"/>
    <w:rsid w:val="00684CDB"/>
    <w:rsid w:val="00696FB1"/>
    <w:rsid w:val="006F00D5"/>
    <w:rsid w:val="006F090D"/>
    <w:rsid w:val="00733140"/>
    <w:rsid w:val="007433B4"/>
    <w:rsid w:val="00783096"/>
    <w:rsid w:val="007C1BB7"/>
    <w:rsid w:val="007E6632"/>
    <w:rsid w:val="00845981"/>
    <w:rsid w:val="00885CDD"/>
    <w:rsid w:val="008C2303"/>
    <w:rsid w:val="00904326"/>
    <w:rsid w:val="00912958"/>
    <w:rsid w:val="009542EE"/>
    <w:rsid w:val="009A3F35"/>
    <w:rsid w:val="009A7601"/>
    <w:rsid w:val="009C21AE"/>
    <w:rsid w:val="009C4B9D"/>
    <w:rsid w:val="009D7629"/>
    <w:rsid w:val="009E675A"/>
    <w:rsid w:val="009F01CF"/>
    <w:rsid w:val="00A04B90"/>
    <w:rsid w:val="00AA1D8D"/>
    <w:rsid w:val="00AB7542"/>
    <w:rsid w:val="00AF2988"/>
    <w:rsid w:val="00B05D8F"/>
    <w:rsid w:val="00B47730"/>
    <w:rsid w:val="00B56FCB"/>
    <w:rsid w:val="00B97CEF"/>
    <w:rsid w:val="00BC537A"/>
    <w:rsid w:val="00C37BC1"/>
    <w:rsid w:val="00C4234C"/>
    <w:rsid w:val="00C7177A"/>
    <w:rsid w:val="00C753C6"/>
    <w:rsid w:val="00C86E6A"/>
    <w:rsid w:val="00CB0664"/>
    <w:rsid w:val="00DA3DE8"/>
    <w:rsid w:val="00DB0E9D"/>
    <w:rsid w:val="00E106B5"/>
    <w:rsid w:val="00E168B6"/>
    <w:rsid w:val="00E818F6"/>
    <w:rsid w:val="00EE709F"/>
    <w:rsid w:val="00EF66D3"/>
    <w:rsid w:val="00F45497"/>
    <w:rsid w:val="00F57E37"/>
    <w:rsid w:val="00FA346A"/>
    <w:rsid w:val="00FA55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4FDEFF"/>
  <w14:defaultImageDpi w14:val="330"/>
  <w15:docId w15:val="{92E4E8DE-D090-4904-98D0-391D69204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C4234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234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234C"/>
    <w:rPr>
      <w:vertAlign w:val="superscript"/>
    </w:rPr>
  </w:style>
  <w:style w:type="paragraph" w:styleId="Revision">
    <w:name w:val="Revision"/>
    <w:hidden/>
    <w:uiPriority w:val="99"/>
    <w:semiHidden/>
    <w:rsid w:val="00EF66D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96F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6F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6F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6F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6F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c7c2a7-68b9-4ffc-8523-5352df23c322">
      <Terms xmlns="http://schemas.microsoft.com/office/infopath/2007/PartnerControls"/>
    </lcf76f155ced4ddcb4097134ff3c332f>
    <TaxCatchAll xmlns="501a680d-a2ed-40b3-be0d-61edd474576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A2A9BE39A05C4781418602AC9C147B" ma:contentTypeVersion="16" ma:contentTypeDescription="Create a new document." ma:contentTypeScope="" ma:versionID="02f1192c920442c5ddc9fd7edd013aa0">
  <xsd:schema xmlns:xsd="http://www.w3.org/2001/XMLSchema" xmlns:xs="http://www.w3.org/2001/XMLSchema" xmlns:p="http://schemas.microsoft.com/office/2006/metadata/properties" xmlns:ns2="94c7c2a7-68b9-4ffc-8523-5352df23c322" xmlns:ns3="501a680d-a2ed-40b3-be0d-61edd474576e" xmlns:ns4="5366d434-5cfa-4aae-9209-c2514e6d1c20" targetNamespace="http://schemas.microsoft.com/office/2006/metadata/properties" ma:root="true" ma:fieldsID="81cc57f635457d83c0ca303b45fbc9d4" ns2:_="" ns3:_="" ns4:_="">
    <xsd:import namespace="94c7c2a7-68b9-4ffc-8523-5352df23c322"/>
    <xsd:import namespace="501a680d-a2ed-40b3-be0d-61edd474576e"/>
    <xsd:import namespace="5366d434-5cfa-4aae-9209-c2514e6d1c2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7c2a7-68b9-4ffc-8523-5352df23c32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a680d-a2ed-40b3-be0d-61edd474576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df019f6-cb98-4044-b2f9-4a3a923ebb58}" ma:internalName="TaxCatchAll" ma:showField="CatchAllData" ma:web="501a680d-a2ed-40b3-be0d-61edd47457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6d434-5cfa-4aae-9209-c2514e6d1c20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173728-0397-4298-B6C8-0A7B9FDD0B9F}">
  <ds:schemaRefs>
    <ds:schemaRef ds:uri="http://schemas.microsoft.com/office/2006/metadata/properties"/>
    <ds:schemaRef ds:uri="http://schemas.microsoft.com/office/infopath/2007/PartnerControls"/>
    <ds:schemaRef ds:uri="94c7c2a7-68b9-4ffc-8523-5352df23c322"/>
    <ds:schemaRef ds:uri="501a680d-a2ed-40b3-be0d-61edd474576e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CC5EA5-A787-4579-989E-52E9B1D3E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c7c2a7-68b9-4ffc-8523-5352df23c322"/>
    <ds:schemaRef ds:uri="501a680d-a2ed-40b3-be0d-61edd474576e"/>
    <ds:schemaRef ds:uri="5366d434-5cfa-4aae-9209-c2514e6d1c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B891D5-801D-4ED7-B604-F38689B7B9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Semra Amet</dc:creator>
  <cp:keywords/>
  <dc:description>generated by python-docx</dc:description>
  <cp:lastModifiedBy>Semra Amet</cp:lastModifiedBy>
  <cp:revision>2</cp:revision>
  <dcterms:created xsi:type="dcterms:W3CDTF">2026-08-27T11:10:00Z</dcterms:created>
  <dcterms:modified xsi:type="dcterms:W3CDTF">2026-08-27T11:10:00Z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0x0101001DA2A9BE39A05C4781418602AC9C147B</vt:lpwstr>
  </property>
  <property fmtid="{D5CDD505-2E9C-101B-9397-08002B2CF9AE}" pid="3" name="MediaServiceImageTags">
    <vt:lpwstr/>
  </property>
</Properties>
</file>